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0C268B" w14:textId="77777777" w:rsidR="006E5EBA" w:rsidRDefault="006E5EBA">
      <w:pPr>
        <w:spacing w:after="20"/>
        <w:jc w:val="center"/>
        <w:rPr>
          <w:b/>
          <w:sz w:val="22"/>
        </w:rPr>
      </w:pPr>
    </w:p>
    <w:p w14:paraId="465F82C8" w14:textId="77777777" w:rsidR="006E5EBA" w:rsidRDefault="006E5EBA">
      <w:pPr>
        <w:spacing w:after="20"/>
        <w:jc w:val="center"/>
        <w:rPr>
          <w:b/>
          <w:sz w:val="22"/>
        </w:rPr>
      </w:pPr>
    </w:p>
    <w:p w14:paraId="5899250E" w14:textId="77777777" w:rsidR="006E5EBA" w:rsidRDefault="006E5EBA">
      <w:pPr>
        <w:spacing w:after="20"/>
        <w:jc w:val="center"/>
        <w:rPr>
          <w:b/>
          <w:sz w:val="22"/>
        </w:rPr>
      </w:pPr>
    </w:p>
    <w:p w14:paraId="663B48B0" w14:textId="77777777" w:rsidR="006E5EBA" w:rsidRDefault="006E5EBA">
      <w:pPr>
        <w:spacing w:after="20"/>
        <w:jc w:val="center"/>
        <w:rPr>
          <w:b/>
          <w:sz w:val="22"/>
        </w:rPr>
      </w:pPr>
    </w:p>
    <w:p w14:paraId="2E927946" w14:textId="77777777" w:rsidR="006E5EBA" w:rsidRDefault="006E5EBA">
      <w:pPr>
        <w:spacing w:after="0"/>
        <w:jc w:val="center"/>
        <w:rPr>
          <w:b/>
          <w:sz w:val="22"/>
        </w:rPr>
      </w:pPr>
    </w:p>
    <w:p w14:paraId="100C3960" w14:textId="00ED66EE" w:rsidR="00E736FB" w:rsidRPr="006E5EBA" w:rsidRDefault="00000000">
      <w:pPr>
        <w:spacing w:after="0"/>
        <w:jc w:val="center"/>
        <w:rPr>
          <w:rFonts w:ascii="Raleway" w:hAnsi="Raleway"/>
        </w:rPr>
      </w:pPr>
      <w:r w:rsidRPr="006E5EBA">
        <w:rPr>
          <w:rFonts w:ascii="Raleway" w:hAnsi="Raleway"/>
          <w:b/>
          <w:sz w:val="36"/>
        </w:rPr>
        <w:t>SBTi Country Representative, China</w:t>
      </w:r>
    </w:p>
    <w:p w14:paraId="4001C31C" w14:textId="77777777" w:rsidR="00E736FB" w:rsidRPr="006E5EBA" w:rsidRDefault="00000000">
      <w:pPr>
        <w:spacing w:after="120"/>
        <w:jc w:val="center"/>
        <w:rPr>
          <w:rFonts w:ascii="Raleway" w:hAnsi="Raleway"/>
        </w:rPr>
      </w:pPr>
      <w:r w:rsidRPr="006E5EBA">
        <w:rPr>
          <w:rFonts w:ascii="Raleway" w:hAnsi="Raleway"/>
          <w:b/>
          <w:sz w:val="24"/>
        </w:rPr>
        <w:t>Application Form</w:t>
      </w:r>
    </w:p>
    <w:p w14:paraId="1EA6DB98" w14:textId="77777777" w:rsidR="00E736FB" w:rsidRPr="006E5EBA" w:rsidRDefault="00000000">
      <w:pPr>
        <w:spacing w:after="100"/>
        <w:rPr>
          <w:rFonts w:ascii="Raleway" w:hAnsi="Raleway"/>
        </w:rPr>
      </w:pPr>
      <w:r w:rsidRPr="006E5EBA">
        <w:rPr>
          <w:rFonts w:ascii="Raleway" w:hAnsi="Raleway"/>
        </w:rPr>
        <w:t xml:space="preserve">Please complete all required fields marked with an asterisk (*). </w:t>
      </w:r>
    </w:p>
    <w:p w14:paraId="02432892" w14:textId="4C32A204" w:rsidR="00E736FB" w:rsidRPr="006E5EBA" w:rsidRDefault="00000000">
      <w:pPr>
        <w:spacing w:after="160"/>
        <w:rPr>
          <w:rFonts w:ascii="Raleway" w:hAnsi="Raleway"/>
        </w:rPr>
      </w:pPr>
      <w:r w:rsidRPr="006E5EBA">
        <w:rPr>
          <w:rFonts w:ascii="Raleway" w:hAnsi="Raleway"/>
          <w:b/>
        </w:rPr>
        <w:t xml:space="preserve">Please return this completed form by email to </w:t>
      </w:r>
      <w:hyperlink r:id="rId8" w:history="1">
        <w:r w:rsidR="006E5EBA" w:rsidRPr="00A90F53">
          <w:rPr>
            <w:rStyle w:val="Hyperlink"/>
            <w:rFonts w:ascii="Raleway" w:hAnsi="Raleway"/>
            <w:b/>
          </w:rPr>
          <w:t>hrrequests@sciencebasedtargets.org</w:t>
        </w:r>
      </w:hyperlink>
      <w:r w:rsidRPr="006E5EBA">
        <w:rPr>
          <w:rFonts w:ascii="Raleway" w:hAnsi="Raleway"/>
          <w:b/>
        </w:rPr>
        <w:t>, together with your resume/CV (maximum 2 pages) and cover letter (maximum 1 page).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71"/>
        <w:gridCol w:w="6553"/>
      </w:tblGrid>
      <w:tr w:rsidR="00E736FB" w:rsidRPr="006E5EBA" w14:paraId="49BFFE96" w14:textId="77777777" w:rsidTr="006E5EBA">
        <w:tc>
          <w:tcPr>
            <w:tcW w:w="10224" w:type="dxa"/>
            <w:gridSpan w:val="2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80E0D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  <w:sz w:val="22"/>
              </w:rPr>
              <w:t>Personal details</w:t>
            </w:r>
          </w:p>
        </w:tc>
      </w:tr>
      <w:tr w:rsidR="00E736FB" w:rsidRPr="006E5EBA" w14:paraId="3C8B50AE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96A69E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Full name *</w:t>
            </w:r>
            <w:r w:rsidRPr="006E5EBA">
              <w:rPr>
                <w:rFonts w:ascii="Raleway" w:hAnsi="Raleway"/>
                <w:b/>
              </w:rPr>
              <w:br/>
              <w:t>First and last name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82EB57" w14:textId="77777777" w:rsidR="00E736FB" w:rsidRPr="006E5EBA" w:rsidRDefault="00E736FB" w:rsidP="006E5EBA">
            <w:pPr>
              <w:rPr>
                <w:rFonts w:ascii="Raleway" w:hAnsi="Raleway"/>
              </w:rPr>
            </w:pPr>
          </w:p>
        </w:tc>
      </w:tr>
      <w:tr w:rsidR="00E736FB" w:rsidRPr="006E5EBA" w14:paraId="5F681E5A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A30884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Email address *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8A799B" w14:textId="77777777" w:rsidR="00E736FB" w:rsidRPr="006E5EBA" w:rsidRDefault="00E736FB" w:rsidP="006E5EBA">
            <w:pPr>
              <w:rPr>
                <w:rFonts w:ascii="Raleway" w:hAnsi="Raleway"/>
              </w:rPr>
            </w:pPr>
          </w:p>
        </w:tc>
      </w:tr>
      <w:tr w:rsidR="00E736FB" w:rsidRPr="006E5EBA" w14:paraId="7209C2B9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6143E1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Phone number *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75D8C5" w14:textId="77777777" w:rsidR="00E736FB" w:rsidRPr="006E5EBA" w:rsidRDefault="00E736FB" w:rsidP="006E5EBA">
            <w:pPr>
              <w:rPr>
                <w:rFonts w:ascii="Raleway" w:hAnsi="Raleway"/>
              </w:rPr>
            </w:pPr>
          </w:p>
        </w:tc>
      </w:tr>
      <w:tr w:rsidR="00E736FB" w:rsidRPr="006E5EBA" w14:paraId="1D1938BF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802625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City and country of residence *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444BB4" w14:textId="77777777" w:rsidR="00E736FB" w:rsidRPr="006E5EBA" w:rsidRDefault="00E736FB" w:rsidP="006E5EBA">
            <w:pPr>
              <w:rPr>
                <w:rFonts w:ascii="Raleway" w:hAnsi="Raleway"/>
              </w:rPr>
            </w:pPr>
          </w:p>
        </w:tc>
      </w:tr>
      <w:tr w:rsidR="00E736FB" w:rsidRPr="006E5EBA" w14:paraId="560920DD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A2B0B4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Do you currently have a valid working permit for China? *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61E7DE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Segoe UI Symbol" w:hAnsi="Segoe UI Symbol" w:cs="Segoe UI Symbol"/>
              </w:rPr>
              <w:t>☐</w:t>
            </w:r>
            <w:r w:rsidRPr="006E5EBA">
              <w:rPr>
                <w:rFonts w:ascii="Raleway" w:hAnsi="Raleway"/>
              </w:rPr>
              <w:t xml:space="preserve"> Yes     </w:t>
            </w:r>
            <w:r w:rsidRPr="006E5EBA">
              <w:rPr>
                <w:rFonts w:ascii="Segoe UI Symbol" w:hAnsi="Segoe UI Symbol" w:cs="Segoe UI Symbol"/>
              </w:rPr>
              <w:t>☐</w:t>
            </w:r>
            <w:r w:rsidRPr="006E5EBA">
              <w:rPr>
                <w:rFonts w:ascii="Raleway" w:hAnsi="Raleway"/>
              </w:rPr>
              <w:t xml:space="preserve"> No</w:t>
            </w:r>
          </w:p>
        </w:tc>
      </w:tr>
      <w:tr w:rsidR="00E736FB" w:rsidRPr="006E5EBA" w14:paraId="46CCD24E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3EA9BC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Yearly salary expectations *</w:t>
            </w:r>
            <w:r w:rsidRPr="006E5EBA">
              <w:rPr>
                <w:rFonts w:ascii="Raleway" w:hAnsi="Raleway"/>
                <w:b/>
              </w:rPr>
              <w:br/>
              <w:t>Please include amount and currency.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256E7" w14:textId="77777777" w:rsidR="00E736FB" w:rsidRPr="006E5EBA" w:rsidRDefault="00E736FB" w:rsidP="006E5EBA">
            <w:pPr>
              <w:rPr>
                <w:rFonts w:ascii="Raleway" w:hAnsi="Raleway"/>
              </w:rPr>
            </w:pPr>
          </w:p>
        </w:tc>
      </w:tr>
      <w:tr w:rsidR="00E736FB" w:rsidRPr="006E5EBA" w14:paraId="1349148A" w14:textId="77777777" w:rsidTr="006E5EBA">
        <w:tc>
          <w:tcPr>
            <w:tcW w:w="10224" w:type="dxa"/>
            <w:gridSpan w:val="2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ACD3E0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  <w:sz w:val="22"/>
              </w:rPr>
              <w:t>Working style</w:t>
            </w:r>
          </w:p>
        </w:tc>
      </w:tr>
      <w:tr w:rsidR="00E736FB" w:rsidRPr="006E5EBA" w14:paraId="4A6844F6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A5B5A4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What are the 3 leadership styles that you prefer working with? *</w:t>
            </w:r>
            <w:r w:rsidRPr="006E5EBA">
              <w:rPr>
                <w:rFonts w:ascii="Raleway" w:hAnsi="Raleway"/>
                <w:b/>
              </w:rPr>
              <w:br/>
              <w:t>Please select three.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3647AA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Segoe UI Symbol" w:hAnsi="Segoe UI Symbol" w:cs="Segoe UI Symbol"/>
              </w:rPr>
              <w:t>☐</w:t>
            </w:r>
            <w:r w:rsidRPr="006E5EBA">
              <w:rPr>
                <w:rFonts w:ascii="Raleway" w:hAnsi="Raleway"/>
              </w:rPr>
              <w:t xml:space="preserve"> Commanding – Demand immediate compliance</w:t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Segoe UI Symbol" w:hAnsi="Segoe UI Symbol" w:cs="Segoe UI Symbol"/>
              </w:rPr>
              <w:t>☐</w:t>
            </w:r>
            <w:r w:rsidRPr="006E5EBA">
              <w:rPr>
                <w:rFonts w:ascii="Raleway" w:hAnsi="Raleway"/>
              </w:rPr>
              <w:t xml:space="preserve"> Visionary – Mobilize people toward a vision</w:t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Segoe UI Symbol" w:hAnsi="Segoe UI Symbol" w:cs="Segoe UI Symbol"/>
              </w:rPr>
              <w:t>☐</w:t>
            </w:r>
            <w:r w:rsidRPr="006E5EBA">
              <w:rPr>
                <w:rFonts w:ascii="Raleway" w:hAnsi="Raleway"/>
              </w:rPr>
              <w:t xml:space="preserve"> Affiliative – Create harmony and build emotional bonds</w:t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Segoe UI Symbol" w:hAnsi="Segoe UI Symbol" w:cs="Segoe UI Symbol"/>
              </w:rPr>
              <w:t>☐</w:t>
            </w:r>
            <w:r w:rsidRPr="006E5EBA">
              <w:rPr>
                <w:rFonts w:ascii="Raleway" w:hAnsi="Raleway"/>
              </w:rPr>
              <w:t xml:space="preserve"> Democratic – Forge consensus through participation</w:t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Segoe UI Symbol" w:hAnsi="Segoe UI Symbol" w:cs="Segoe UI Symbol"/>
              </w:rPr>
              <w:t>☐</w:t>
            </w:r>
            <w:r w:rsidRPr="006E5EBA">
              <w:rPr>
                <w:rFonts w:ascii="Raleway" w:hAnsi="Raleway"/>
              </w:rPr>
              <w:t xml:space="preserve"> Pacesetting – Set high standards for performance</w:t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Segoe UI Symbol" w:hAnsi="Segoe UI Symbol" w:cs="Segoe UI Symbol"/>
              </w:rPr>
              <w:t>☐</w:t>
            </w:r>
            <w:r w:rsidRPr="006E5EBA">
              <w:rPr>
                <w:rFonts w:ascii="Raleway" w:hAnsi="Raleway"/>
              </w:rPr>
              <w:t xml:space="preserve"> Coaching – Develop your team for the future</w:t>
            </w:r>
          </w:p>
        </w:tc>
      </w:tr>
      <w:tr w:rsidR="00E736FB" w:rsidRPr="006E5EBA" w14:paraId="7E292FE4" w14:textId="77777777" w:rsidTr="006E5EBA">
        <w:tc>
          <w:tcPr>
            <w:tcW w:w="10224" w:type="dxa"/>
            <w:gridSpan w:val="2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2A631E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  <w:sz w:val="22"/>
              </w:rPr>
              <w:t>Application questions</w:t>
            </w:r>
          </w:p>
        </w:tc>
      </w:tr>
      <w:tr w:rsidR="00E736FB" w:rsidRPr="006E5EBA" w14:paraId="2E602BFD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1F2E4D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Why are you interested in joining the SBTi? *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3FE5D1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</w:p>
        </w:tc>
      </w:tr>
      <w:tr w:rsidR="00E736FB" w:rsidRPr="006E5EBA" w14:paraId="4B2C1E99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845111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Tell us about what #climateaction means to you. *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26DE55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</w:p>
        </w:tc>
      </w:tr>
      <w:tr w:rsidR="00E736FB" w:rsidRPr="006E5EBA" w14:paraId="5D0405E5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9EA481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What do you consider to be your superpowers (strengths)? Provide an example of where you have applied them. *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19D4C3" w14:textId="2DADE801" w:rsidR="006E5EBA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</w:p>
        </w:tc>
      </w:tr>
      <w:tr w:rsidR="00E736FB" w:rsidRPr="006E5EBA" w14:paraId="4F9D6FA7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62FFD9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lastRenderedPageBreak/>
              <w:t>Provide an example of a time when your results were not what you expected them to be, and the lesson you learned from this experience. *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FE29FC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</w:p>
        </w:tc>
      </w:tr>
      <w:tr w:rsidR="00E736FB" w:rsidRPr="006E5EBA" w14:paraId="5530CCD7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D141F7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Please tell us about your experience with GHG accounting/SBTi frameworks in China.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DC9AF1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</w:p>
        </w:tc>
      </w:tr>
      <w:tr w:rsidR="00E736FB" w:rsidRPr="006E5EBA" w14:paraId="5B508D4C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2F4446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How would you approach engaging Chinese state-owned or private heavy-industry firms in science-based target setting?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5B080C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Raleway" w:hAnsi="Raleway"/>
              </w:rPr>
              <w:br/>
            </w:r>
          </w:p>
        </w:tc>
      </w:tr>
      <w:tr w:rsidR="00E736FB" w:rsidRPr="006E5EBA" w14:paraId="6CCFE33A" w14:textId="77777777" w:rsidTr="006E5EBA">
        <w:tc>
          <w:tcPr>
            <w:tcW w:w="10224" w:type="dxa"/>
            <w:gridSpan w:val="2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498DC0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  <w:sz w:val="22"/>
              </w:rPr>
              <w:t>Supporting documents</w:t>
            </w:r>
          </w:p>
        </w:tc>
      </w:tr>
      <w:tr w:rsidR="00E736FB" w:rsidRPr="006E5EBA" w14:paraId="443BEB6B" w14:textId="77777777" w:rsidTr="006E5EBA">
        <w:tc>
          <w:tcPr>
            <w:tcW w:w="367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4D1829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Raleway" w:hAnsi="Raleway"/>
                <w:b/>
              </w:rPr>
              <w:t>Please attach to your application email:</w:t>
            </w:r>
          </w:p>
        </w:tc>
        <w:tc>
          <w:tcPr>
            <w:tcW w:w="6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A4D2E7" w14:textId="77777777" w:rsidR="00E736FB" w:rsidRPr="006E5EBA" w:rsidRDefault="00000000" w:rsidP="006E5EBA">
            <w:pPr>
              <w:rPr>
                <w:rFonts w:ascii="Raleway" w:hAnsi="Raleway"/>
              </w:rPr>
            </w:pPr>
            <w:r w:rsidRPr="006E5EBA">
              <w:rPr>
                <w:rFonts w:ascii="Segoe UI Symbol" w:hAnsi="Segoe UI Symbol" w:cs="Segoe UI Symbol"/>
              </w:rPr>
              <w:t>☐</w:t>
            </w:r>
            <w:r w:rsidRPr="006E5EBA">
              <w:rPr>
                <w:rFonts w:ascii="Raleway" w:hAnsi="Raleway"/>
              </w:rPr>
              <w:t xml:space="preserve"> Resume / CV (maximum 2 pages) *</w:t>
            </w:r>
            <w:r w:rsidRPr="006E5EBA">
              <w:rPr>
                <w:rFonts w:ascii="Raleway" w:hAnsi="Raleway"/>
              </w:rPr>
              <w:br/>
            </w:r>
            <w:r w:rsidRPr="006E5EBA">
              <w:rPr>
                <w:rFonts w:ascii="Segoe UI Symbol" w:hAnsi="Segoe UI Symbol" w:cs="Segoe UI Symbol"/>
              </w:rPr>
              <w:t>☐</w:t>
            </w:r>
            <w:r w:rsidRPr="006E5EBA">
              <w:rPr>
                <w:rFonts w:ascii="Raleway" w:hAnsi="Raleway"/>
              </w:rPr>
              <w:t xml:space="preserve"> Cover letter (maximum 1 page) *</w:t>
            </w:r>
          </w:p>
        </w:tc>
      </w:tr>
    </w:tbl>
    <w:p w14:paraId="49C33951" w14:textId="3B4068C0" w:rsidR="00F61D23" w:rsidRPr="006E5EBA" w:rsidRDefault="006E5EBA" w:rsidP="006E5EBA">
      <w:pPr>
        <w:jc w:val="center"/>
        <w:rPr>
          <w:rFonts w:ascii="Raleway" w:hAnsi="Raleway"/>
        </w:rPr>
      </w:pPr>
      <w:r>
        <w:rPr>
          <w:rFonts w:ascii="Raleway" w:hAnsi="Raleway"/>
        </w:rPr>
        <w:br w:type="textWrapping" w:clear="all"/>
      </w:r>
      <w:r w:rsidRPr="006E5EBA">
        <w:rPr>
          <w:rFonts w:ascii="Raleway" w:hAnsi="Raleway"/>
        </w:rPr>
        <w:br/>
        <w:t xml:space="preserve">Email to: </w:t>
      </w:r>
      <w:hyperlink r:id="rId9" w:history="1">
        <w:r w:rsidRPr="006E5EBA">
          <w:rPr>
            <w:rStyle w:val="Hyperlink"/>
            <w:rFonts w:ascii="Raleway" w:hAnsi="Raleway"/>
            <w:b/>
          </w:rPr>
          <w:t>hrrequests@sciencebasedtargets.org</w:t>
        </w:r>
      </w:hyperlink>
    </w:p>
    <w:sectPr w:rsidR="00F61D23" w:rsidRPr="006E5EBA" w:rsidSect="006E5EBA">
      <w:footerReference w:type="default" r:id="rId10"/>
      <w:headerReference w:type="first" r:id="rId11"/>
      <w:pgSz w:w="12240" w:h="15840"/>
      <w:pgMar w:top="792" w:right="1008" w:bottom="79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0BCDD8" w14:textId="77777777" w:rsidR="00F61D23" w:rsidRDefault="00F61D23">
      <w:pPr>
        <w:spacing w:after="0" w:line="240" w:lineRule="auto"/>
      </w:pPr>
      <w:r>
        <w:separator/>
      </w:r>
    </w:p>
  </w:endnote>
  <w:endnote w:type="continuationSeparator" w:id="0">
    <w:p w14:paraId="0D5B1CDC" w14:textId="77777777" w:rsidR="00F61D23" w:rsidRDefault="00F61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B20FCB" w14:textId="77777777" w:rsidR="00E736FB" w:rsidRDefault="00000000">
    <w:pPr>
      <w:pStyle w:val="Footer"/>
      <w:jc w:val="center"/>
    </w:pPr>
    <w:r>
      <w:rPr>
        <w:sz w:val="16"/>
      </w:rPr>
      <w:t>SBTi Country Representative, China – 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A88540" w14:textId="77777777" w:rsidR="00F61D23" w:rsidRDefault="00F61D23">
      <w:pPr>
        <w:spacing w:after="0" w:line="240" w:lineRule="auto"/>
      </w:pPr>
      <w:r>
        <w:separator/>
      </w:r>
    </w:p>
  </w:footnote>
  <w:footnote w:type="continuationSeparator" w:id="0">
    <w:p w14:paraId="406976A4" w14:textId="77777777" w:rsidR="00F61D23" w:rsidRDefault="00F61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8B88A9" w14:textId="23FAC3A0" w:rsidR="006E5EBA" w:rsidRDefault="006E5EBA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662F85DF" wp14:editId="482FB76B">
          <wp:simplePos x="0" y="0"/>
          <wp:positionH relativeFrom="page">
            <wp:posOffset>640080</wp:posOffset>
          </wp:positionH>
          <wp:positionV relativeFrom="page">
            <wp:posOffset>457200</wp:posOffset>
          </wp:positionV>
          <wp:extent cx="1845275" cy="1063943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5275" cy="10639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2134274">
    <w:abstractNumId w:val="8"/>
  </w:num>
  <w:num w:numId="2" w16cid:durableId="1256205862">
    <w:abstractNumId w:val="6"/>
  </w:num>
  <w:num w:numId="3" w16cid:durableId="280917082">
    <w:abstractNumId w:val="5"/>
  </w:num>
  <w:num w:numId="4" w16cid:durableId="1077480457">
    <w:abstractNumId w:val="4"/>
  </w:num>
  <w:num w:numId="5" w16cid:durableId="158934364">
    <w:abstractNumId w:val="7"/>
  </w:num>
  <w:num w:numId="6" w16cid:durableId="1067414771">
    <w:abstractNumId w:val="3"/>
  </w:num>
  <w:num w:numId="7" w16cid:durableId="1235747833">
    <w:abstractNumId w:val="2"/>
  </w:num>
  <w:num w:numId="8" w16cid:durableId="1359811531">
    <w:abstractNumId w:val="1"/>
  </w:num>
  <w:num w:numId="9" w16cid:durableId="5962577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15C62"/>
    <w:rsid w:val="006E5EBA"/>
    <w:rsid w:val="00AA1D8D"/>
    <w:rsid w:val="00B47730"/>
    <w:rsid w:val="00CB0664"/>
    <w:rsid w:val="00E736FB"/>
    <w:rsid w:val="00F61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B1843A"/>
  <w14:defaultImageDpi w14:val="300"/>
  <w15:docId w15:val="{17C77173-D4EE-C44C-9946-32B5DCB6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E5EB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5E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requests@sciencebasedtargets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rrequests@sciencebasedtarget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1544</Characters>
  <Application>Microsoft Office Word</Application>
  <DocSecurity>0</DocSecurity>
  <Lines>110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Ruth Homer</cp:lastModifiedBy>
  <cp:revision>2</cp:revision>
  <dcterms:created xsi:type="dcterms:W3CDTF">2026-09-11T10:13:00Z</dcterms:created>
  <dcterms:modified xsi:type="dcterms:W3CDTF">2026-09-11T10:13:00Z</dcterms:modified>
  <cp:category/>
</cp:coreProperties>
</file>